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855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lef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50000" cy="87935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lejovysvet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00" cy="8793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7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  <w:jc w:val="right"/>
            </w:pPr>
            <w:r/>
            <w:r>
              <w:rPr>
                <w:rFonts w:ascii="Aptos" w:hAnsi="Aptos" w:eastAsia="Aptos" w:cs="Aptos"/>
                <w:b/>
                <w:color w:val="111111"/>
                <w:sz w:val="34"/>
              </w:rPr>
              <w:t>REKLAMAČNÝ FORMULÁR</w:t>
            </w:r>
          </w:p>
          <w:p>
            <w:pPr>
              <w:spacing w:before="0" w:after="0"/>
              <w:jc w:val="right"/>
            </w:pPr>
            <w:r>
              <w:rPr>
                <w:rFonts w:ascii="Aptos" w:hAnsi="Aptos" w:eastAsia="Aptos" w:cs="Aptos"/>
                <w:b/>
                <w:color w:val="935BCD"/>
                <w:sz w:val="18"/>
              </w:rPr>
              <w:t>Olejový svet</w:t>
            </w:r>
            <w:r>
              <w:rPr>
                <w:rFonts w:ascii="Aptos" w:hAnsi="Aptos" w:eastAsia="Aptos" w:cs="Aptos"/>
                <w:b w:val="0"/>
                <w:color w:val="666666"/>
                <w:sz w:val="17"/>
              </w:rPr>
              <w:t xml:space="preserve">  •  olejovysvet.sk</w:t>
            </w:r>
          </w:p>
        </w:tc>
      </w:tr>
    </w:tbl>
    <w:p>
      <w:pPr>
        <w:spacing w:before="0" w:after="0" w:line="5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KONTAKTNÉ ÚDAJE ZÁKAZNÍKA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rHeight w:val="425" w:hRule="atLeast"/>
        </w:trPr>
        <w:tc>
          <w:tcPr>
            <w:tcW w:type="dxa" w:w="32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Meno a priezvisko</w:t>
            </w:r>
          </w:p>
        </w:tc>
        <w:tc>
          <w:tcPr>
            <w:tcW w:type="dxa" w:w="6746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  <w:tr>
        <w:trPr>
          <w:trHeight w:val="425" w:hRule="atLeast"/>
        </w:trPr>
        <w:tc>
          <w:tcPr>
            <w:tcW w:type="dxa" w:w="32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E-mail / telefón</w:t>
            </w:r>
          </w:p>
        </w:tc>
        <w:tc>
          <w:tcPr>
            <w:tcW w:type="dxa" w:w="6746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  <w:tr>
        <w:trPr>
          <w:trHeight w:val="425" w:hRule="atLeast"/>
        </w:trPr>
        <w:tc>
          <w:tcPr>
            <w:tcW w:type="dxa" w:w="32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Adresa</w:t>
            </w:r>
          </w:p>
        </w:tc>
        <w:tc>
          <w:tcPr>
            <w:tcW w:type="dxa" w:w="6746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  <w:tr>
        <w:trPr>
          <w:trHeight w:val="425" w:hRule="atLeast"/>
        </w:trPr>
        <w:tc>
          <w:tcPr>
            <w:tcW w:type="dxa" w:w="3288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Firma / IČO (ak sa týka)</w:t>
            </w:r>
          </w:p>
        </w:tc>
        <w:tc>
          <w:tcPr>
            <w:tcW w:type="dxa" w:w="6746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OBJEDNÁVKA A REKLAMOVANÝ PRODUKT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rHeight w:val="414" w:hRule="atLeast"/>
        </w:trPr>
        <w:tc>
          <w:tcPr>
            <w:tcW w:type="dxa" w:w="368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Číslo objednávky alebo dokladu</w:t>
            </w:r>
          </w:p>
        </w:tc>
        <w:tc>
          <w:tcPr>
            <w:tcW w:type="dxa" w:w="6349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  <w:tr>
        <w:trPr>
          <w:trHeight w:val="414" w:hRule="atLeast"/>
        </w:trPr>
        <w:tc>
          <w:tcPr>
            <w:tcW w:type="dxa" w:w="368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Dátum nákupu / prevzatia</w:t>
            </w:r>
          </w:p>
        </w:tc>
        <w:tc>
          <w:tcPr>
            <w:tcW w:type="dxa" w:w="6349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  <w:tr>
        <w:trPr>
          <w:trHeight w:val="414" w:hRule="atLeast"/>
        </w:trPr>
        <w:tc>
          <w:tcPr>
            <w:tcW w:type="dxa" w:w="368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Názov produktu</w:t>
            </w:r>
          </w:p>
        </w:tc>
        <w:tc>
          <w:tcPr>
            <w:tcW w:type="dxa" w:w="6349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  <w:tr>
        <w:trPr>
          <w:trHeight w:val="414" w:hRule="atLeast"/>
        </w:trPr>
        <w:tc>
          <w:tcPr>
            <w:tcW w:type="dxa" w:w="368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Množstvo / variant / šarža</w:t>
            </w:r>
          </w:p>
        </w:tc>
        <w:tc>
          <w:tcPr>
            <w:tcW w:type="dxa" w:w="6349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POPIS PROBLÉMU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1134" w:hRule="atLeast"/>
        </w:trPr>
        <w:tc>
          <w:tcPr>
            <w:tcW w:type="dxa" w:w="1003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  <w:t>Stručne uveďte, čo sa s produktom stalo, kedy sa problém prejavil a ako sa prejavuje.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ČO ODOVZDÁVATE SPOLU S REKLAMÁCIOU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01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Produkt / tovar</w:t>
            </w:r>
          </w:p>
        </w:tc>
        <w:tc>
          <w:tcPr>
            <w:tcW w:type="dxa" w:w="501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Originálny obal</w:t>
            </w:r>
          </w:p>
        </w:tc>
      </w:tr>
      <w:tr>
        <w:tc>
          <w:tcPr>
            <w:tcW w:type="dxa" w:w="501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Príslušenstvo</w:t>
            </w:r>
          </w:p>
        </w:tc>
        <w:tc>
          <w:tcPr>
            <w:tcW w:type="dxa" w:w="5017"/>
            <w:tcMar>
              <w:top w:w="80" w:type="dxa"/>
              <w:start w:w="110" w:type="dxa"/>
              <w:bottom w:w="80" w:type="dxa"/>
              <w:end w:w="11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Doklad o kúpe / iné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PREFEROVANÝ SPÔSOB VYBAVENIA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03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Výmena produktu</w:t>
            </w:r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 xml:space="preserve">      </w:t>
            </w:r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Oprava</w:t>
            </w:r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 xml:space="preserve">      </w:t>
            </w:r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Vrátenie platby</w:t>
            </w:r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 xml:space="preserve">      </w:t>
            </w:r>
            <w:r>
              <w:rPr>
                <w:rFonts w:ascii="Aptos" w:hAnsi="Aptos" w:eastAsia="Aptos" w:cs="Aptos"/>
                <w:b w:val="0"/>
                <w:color w:val="111111"/>
                <w:sz w:val="17"/>
              </w:rPr>
              <w:t>☐ Iné: __________________________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ODOVZDANIE REKLAMÁCIE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trHeight w:val="380" w:hRule="atLeast"/>
        </w:trPr>
        <w:tc>
          <w:tcPr>
            <w:tcW w:type="dxa" w:w="1757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Miesto</w:t>
            </w:r>
          </w:p>
        </w:tc>
        <w:tc>
          <w:tcPr>
            <w:tcW w:type="dxa" w:w="3259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</w:r>
          </w:p>
        </w:tc>
        <w:tc>
          <w:tcPr>
            <w:tcW w:type="dxa" w:w="1757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Prevzal/a</w:t>
            </w:r>
          </w:p>
        </w:tc>
        <w:tc>
          <w:tcPr>
            <w:tcW w:type="dxa" w:w="3259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</w:r>
          </w:p>
        </w:tc>
      </w:tr>
      <w:tr>
        <w:trPr>
          <w:trHeight w:val="380" w:hRule="atLeast"/>
        </w:trPr>
        <w:tc>
          <w:tcPr>
            <w:tcW w:type="dxa" w:w="1757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Dátum</w:t>
            </w:r>
          </w:p>
        </w:tc>
        <w:tc>
          <w:tcPr>
            <w:tcW w:type="dxa" w:w="3259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</w:r>
          </w:p>
        </w:tc>
        <w:tc>
          <w:tcPr>
            <w:tcW w:type="dxa" w:w="1757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Dátum</w:t>
            </w:r>
          </w:p>
        </w:tc>
        <w:tc>
          <w:tcPr>
            <w:tcW w:type="dxa" w:w="3259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</w:r>
          </w:p>
        </w:tc>
      </w:tr>
      <w:tr>
        <w:trPr>
          <w:trHeight w:val="380" w:hRule="atLeast"/>
        </w:trPr>
        <w:tc>
          <w:tcPr>
            <w:tcW w:type="dxa" w:w="1757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Podpis zákazníka</w:t>
            </w:r>
          </w:p>
        </w:tc>
        <w:tc>
          <w:tcPr>
            <w:tcW w:type="dxa" w:w="3259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</w:r>
          </w:p>
        </w:tc>
        <w:tc>
          <w:tcPr>
            <w:tcW w:type="dxa" w:w="1757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  <w:shd w:fill="F5F0FA"/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Podpis preberajúceho</w:t>
            </w:r>
          </w:p>
        </w:tc>
        <w:tc>
          <w:tcPr>
            <w:tcW w:type="dxa" w:w="3259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 w:val="0"/>
                <w:color w:val="999999"/>
                <w:sz w:val="16"/>
              </w:rPr>
            </w:r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935BCD"/>
            <w:tcMar>
              <w:top w:w="70" w:type="dxa"/>
              <w:start w:w="120" w:type="dxa"/>
              <w:bottom w:w="7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FFFFFF"/>
                <w:sz w:val="18"/>
              </w:rPr>
              <w:t>ZÁZNAM O VYBAVENÍ REKLAMÁCIE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rHeight w:val="454" w:hRule="atLeast"/>
        </w:trPr>
        <w:tc>
          <w:tcPr>
            <w:tcW w:type="dxa" w:w="501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Dátum vybavenia:</w:t>
            </w:r>
          </w:p>
        </w:tc>
        <w:tc>
          <w:tcPr>
            <w:tcW w:type="dxa" w:w="501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7"/>
              </w:rPr>
              <w:t>Vybavil/a:</w:t>
            </w:r>
          </w:p>
        </w:tc>
      </w:tr>
      <w:tr>
        <w:trPr>
          <w:trHeight w:val="850" w:hRule="atLeast"/>
        </w:trPr>
        <w:tc>
          <w:tcPr>
            <w:tcW w:type="dxa" w:w="501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Spôsob vybavenia / stanovisko:</w:t>
            </w:r>
          </w:p>
        </w:tc>
        <w:tc>
          <w:tcPr>
            <w:tcW w:type="dxa" w:w="501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color="6E6E6E"/>
              <w:left w:val="single" w:sz="6" w:color="6E6E6E"/>
              <w:bottom w:val="single" w:sz="6" w:color="6E6E6E"/>
              <w:right w:val="single" w:sz="6" w:color="6E6E6E"/>
            </w:tcBorders>
          </w:tcPr>
          <w:p>
            <w:pPr>
              <w:spacing w:before="0" w:after="0"/>
            </w:pPr>
            <w:r/>
            <w:r>
              <w:rPr>
                <w:rFonts w:ascii="Aptos" w:hAnsi="Aptos" w:eastAsia="Aptos" w:cs="Aptos"/>
                <w:b/>
                <w:color w:val="111111"/>
                <w:sz w:val="16"/>
              </w:rPr>
              <w:t>Dátum prevzatia výsledku a podpis zákazníka:</w:t>
            </w:r>
          </w:p>
        </w:tc>
      </w:tr>
    </w:tbl>
    <w:p>
      <w:pPr>
        <w:spacing w:before="0" w:after="0" w:line="60" w:lineRule="exact"/>
      </w:pPr>
      <w:r>
        <w:rPr>
          <w:rFonts w:ascii="Aptos" w:hAnsi="Aptos" w:eastAsia="Aptos" w:cs="Aptos"/>
          <w:b w:val="0"/>
          <w:color w:val="111111"/>
          <w:sz w:val="2"/>
        </w:rPr>
      </w:r>
    </w:p>
    <w:p>
      <w:pPr>
        <w:spacing w:before="20" w:after="0"/>
        <w:jc w:val="center"/>
      </w:pPr>
      <w:r>
        <w:rPr>
          <w:rFonts w:ascii="Aptos" w:hAnsi="Aptos" w:eastAsia="Aptos" w:cs="Aptos"/>
          <w:b w:val="0"/>
          <w:color w:val="666666"/>
          <w:sz w:val="14"/>
        </w:rPr>
        <w:t>Údaje z formulára sa použijú výlučne na prijatie, evidenciu a vybavenie reklamácie.</w:t>
      </w:r>
    </w:p>
    <w:p>
      <w:pPr>
        <w:spacing w:before="20" w:after="0"/>
        <w:jc w:val="center"/>
      </w:pPr>
      <w:r>
        <w:rPr>
          <w:rFonts w:ascii="Aptos" w:hAnsi="Aptos" w:eastAsia="Aptos" w:cs="Aptos"/>
          <w:b w:val="0"/>
          <w:color w:val="666666"/>
          <w:sz w:val="14"/>
        </w:rPr>
        <w:t>Ing. Andrea Šamajová  •  IČO 45966613  •  Korzo 3454/23, 010 16 Žilina  •  andrea@olejovysvet.sk  •  0911 140 605</w:t>
      </w:r>
    </w:p>
    <w:sectPr w:rsidR="00FC693F" w:rsidRPr="0006063C" w:rsidSect="00034616">
      <w:footerReference w:type="default" r:id="rId10"/>
      <w:pgSz w:w="12240" w:h="15840"/>
      <w:pgMar w:top="567" w:right="907" w:bottom="567" w:left="90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b w:val="0"/>
        <w:color w:val="999999"/>
        <w:sz w:val="14"/>
      </w:rPr>
      <w:t>olejovysvet.sk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formulár - Olejový svet</dc:title>
  <dc:subject>Formulár na uplatnenie reklamácie</dc:subject>
  <dc:creator>Olejový svet</dc:creator>
  <cp:keywords>reklamácia, formulár, Olejový svet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